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פעלים ושמות: טבלאות ותרגול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גזרות פועל שונות ולנטות אותן נכון בעבר, הווה, עתיד ושם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משקלי שם עיקריים ולקשר בין המשקל למשמעותו (מקצוע, מקום, כלי)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בניית שם לפי שורש ומשקל לבין בניית שם לפי בסיס וצורן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שליפה מהירה של צורות פועל ושם מתוך טבלאות עזר, כהכנה למבחן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גזרות הפעלים: פ״נ ופ״י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גזרות הפעלים: פ״נ ופ״י – השלמת נטיות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נָסַע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יוֹרֵד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יִפֹּל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לָשֶׁבֶת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יַצִּיל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גזרות הפעלים: פ״נ ופ״י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יֵדַע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גזרות הפעלים: פ״נ ופ״י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הנו״ן הראשונה של השורש נעלמת (נבלעת) בעתיד ומסומנת בדגש באות שאחריה – למשל נפל בעתיד הוא יִפֹּל, בלי נו״ן בהתחלה.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גזרות הפעלים: ע״ו/ע״י, ל״י-ל״ה ול״א – זיהוי גזרות וצורות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לצאת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גזרות הפעלים: ע״ו/ע״י, ל״י-ל״ה ול״א – השלמת טבלאות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ר־א־ה מסתיים באות שמתנהגת כמו י/ה, לכן זו גזרת ל״י (ל״ה).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 ב־ו־א כולל ו׳ באמצע וא׳ בסוף, ולכן הוא משתייך לשתי הגזרות.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גזרות הפעלים: ע״ו/ע״י, ל״י-ל״ה ול״א – השלמת טבלאות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גזרות הפעלים: ע״ו/ע״י, ל״י-ל״ה ול״א – השלמת טבלאות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(לצאת)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גזרות הפעלים: כפולים, גרוניות ופעלים מיוחדים – זיהוי 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ע גרונית ומשנה את ניקוד שם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בטבלת הפעלים, שורש י־ד־ע גרוניות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הצורה הנכונה היא יִגַּע, הנ״ן נבלעת כמו בכל פ״נ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הבסיסית של גזרת הכפולים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גזרות הפעלים: כפולים, גרוניות ופעלים מיוחדים – השלמה וזיהוי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לָגַעַת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יוֹדֵעַ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יִסַּע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גזרות הפעלים: כפולים, גרוניות ופעלים מיוחדים – בניינים וגזרות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פ״נ גרוניות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גזרות הפעלים: כפולים, גרוניות ופעלים מיוחדים – התאמה, סדר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(פ״נ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(פ״י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(ל״י (ל״ה)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(כפולים)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(פ״נ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(ע״ו/ע״י ל״א)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תצורת השם: שורש ומשקל – היכרות עם המשקלים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בעל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תצורת השם: שורש ומשקל – זיהוי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מטבח הוא המקום שבו מבשלים, כמו מגרש ומפעל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מצלמה היא כלי, במשקל מַקְטֵלָה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תצורת השם: שורש ומשקל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קַטָּל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תצורת השם: שורש ומשקל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ס־פ־ר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מַקְטֵל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תצורת השם: בסיס וצורן – זיהוי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שתי השיטות המרכזיות לבניית שמות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הבסיס הוא המילה השלמה ספר, ולא אות בודדת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תצורת השם: בסיס וצורן – מושגי יסוד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תצורת השם: בסיס וצורן – שאלת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שורש ומשקל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תצורת השם: בסיס וצורן – יישום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שורש ומשקל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באחת משתמשים במילה קיימת שלמה ומוסיפים לה צורן, ובשנייה בונים מילה חדשה לפי תבנית מהשורש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הגזרה (פ״נ, פ״י, ע״ו/ע״י, ל״י, ל״א, גרונית, כפול) מתוך אותיות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מילוי נכון של ארבע הצורות בטבלה, כולל הניקוד החסר בדוגמה שניתנה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שתי שיטות הבנייה ודוגמה אחת מכל 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את החוברת לאורך 3-4 שיעורים: שיעור לגזרות הפעלים, שיעור למשקלי השם, שיעור לבסיס וצורן, ושיעור מסכם עם משחק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טבלת הגזרות הפתוחה מול העיניים בזמן התרגול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לבקש גם ניקוד מלא של כל הצורות ולא רק השלמת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בסוף כל פרק סבב קצר של שאלות בעל פה לפני המעבר לתרגיל הכתוב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פעלים ושמות: טבלאות ותרגול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גזרות הפעלים ואת משקלי השם כפי שמופיעים בטבלאות. עברו על כל פרק לפי הסדר, השוו לטבלת הדוגמה שבתחילתו, ורק אחר כך פתרו את התרגילים בעצמכם.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גזרות הפעלים: פ״נ ופ״י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השורש נ־פ־ל (כמו בפועל נָפַל)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ע״ו/ע״י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ל״א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השורש י־ש־ב (כמו בפועל יָשַׁב)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הבניין של הפועל הוֹרִיד (שורש י־ר־ד)?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גזרות הפעלים: פ״נ ופ״י – השלמת נטיות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עבר (הוא) של השורש נ־ס־ע בבניין 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הווה (הוא) של השורש י־ר־ד בבניין 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עתיד (הוא) של השורש נ־פ־ל בבניין 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הפועל של השורש י־שׁ־ב בבניין 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עתיד (הוא) של השורש נ־צ־ל בבניין הפעיל: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גזרות הפעלים: פ״נ ופ״י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עתיד (הוא) של השורש י־ד־ע בבניין קל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יֵדַע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יוֹדֵעַ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יִידַע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יְדַע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גזרות הפעלים: פ״נ ופ״י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קורה לאות הנו״ן בפעלי פ״נ בזמן עתיד, והביאו דוגמה אחת מהשורש נ־פ־ל.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גזרות הפעלים: ע״ו/ע״י, ל״י-ל״ה ול״א – זיהוי גזרות וצורות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פועל שייך לגזרת ע״ו/ע״י?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צורת עתיד הוא (בניין קל) של הפועל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צורת שם הפועל של יצא?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ליצוא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גזרות הפעלים: ע״ו/ע״י, ל״י-ל״ה ול״א – השלמת טבלאות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ראה שייך לגזרת ל״י (ל״ה).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בוא שייך גם לגזרת ע״ו/ע״י וגם לגזרת ל״א.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גזרות הפעלים: ע״ו/ע״י, ל״י-ל״ה ול״א – השלמת טבלאות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עבר הוא של השורש ר־ו־ץ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הווה הוא של השורש ש־י־ר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עתיד הוא של השורש ב־ו־א בבניין הפעיל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הפועל של השורש ר־א־ה בבניין קל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גזרות הפעלים: ע״ו/ע״י, ל״י-ל״ה ול״א – השלמת טבלאות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לצאת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גזרות הפעלים: כפולים, גרוניות ופעלים מיוחדים – זיהוי 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נָסַע (נ־ס־ע) יש צורת שם פועל מיוחדת (לִנְסֹעַ) בגלל האות הגרונית בסוף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הווה (הוא) של הפועל יָדַע בבניין קל הוא יוֹדֵעַ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עתיד (הוא) של הפועל נָגַע הוא יִנְגַע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הכפולים שתי האותיות האחרונות בשורש זהות, כמו בפועל סָבַב (ס־ב־ב)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גזרות הפעלים: כפולים, גרוניות ופעלים מיוחדים – השלמה וזיהוי 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השלימו: שם הפועל של נ־ג־ע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השלימו: הווה (הוא) של י־ד־ע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השלימו: עתיד (הוא) של נ־ס־ע בבניין קל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גזרות הפעלים: כפולים, גרוניות ופעלים מיוחדים – בניינים וגזרות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בניין שייך הפועל הוֹדִיעַ (שורש י־ד־ע)?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נָגַע משתייך לאיזו גזרה משולבת?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פ״י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פ״נ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ל״י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גזרות הפעלים: כפולים, גרוניות ופעלים מיוחדים – התאמה, סדר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נ־ס־ע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כפולים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י־ד־ע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ע״ו/ע״י ל״א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ר־א־ה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פ״נ גרוניות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ס־ב־ב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פ״י גרוניות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נ־ג־ע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פ״נ גרוניות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ב־ו־א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ל״י (ל״ה) גרוניות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תצורת השם: שורש ומשקל – היכרות עם המשקלים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משקל קַטָּל (כמו נגר, ספר, טבח)?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 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בנויה במשקל קַטְלָן?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מזלג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תצורת השם: שורש ומשקל – זיהוי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"מטבח" בנויה במשקל מִקְטָל ומשמעותו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"מצלמה" בנויה כדי לציין בעל מקצוע.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תצורת השם: שורש ומשקל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"גנן" בנויה במשקל __________ ומשמעותו בעל מקצוע.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תצורת השם: שורש ומשקל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"מספרה"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"מפתח" בנויה במשקל __________ ומשמעותו כלי.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תצורת השם: בסיס וצורן – זיהוי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שתי דרכים לבנות שם: שורש ומשקל, או בסיס וצורן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ספרייה הבסיס הוא האות ס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תצורת השם: בסיס וצורן – מושגי יסוד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ספרייה נבנתה מהבסיס __________ ומהצורן 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נגר, השורש הוא נ-ג-ר והמשקל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תצורת השם: בסיס וצורן – שאלת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משיטות בניית השם משתמשים באותיות קטל כדי לסמן את מקום אותיות השורש?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בסיס וצורן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השיטות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תצורת השם: בסיס וצורן – יישום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ספר (מי שגוזר שיער) נבנתה בשיטת...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בסיס וצורן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השיטות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מהשיטות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שורש ומשקל לבין בסיס וצורן?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באחת משתמשים במילה קיימת שלמה ומוסיפים לה צורן, ובשנייה בונים מילה חדשה לפי תבנית מהשורש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בין השיטות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משתמשות רק באותיות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משתמשות רק בצורן בסוף המילה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את הגזרה של פועל נתון לפי השורש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להשלים טבלת נטייה של פועל בעבר, הווה, עתיד ושם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את ההבדל בין בניית שם לפי משקל לבין בניית שם לפי בסיס וצורן?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פעלים ושמות: טבלאות ותרגול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